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D1897" w14:textId="3CA0194E" w:rsidR="00DC2BA2" w:rsidRPr="00DC2BA2" w:rsidRDefault="00DC2BA2" w:rsidP="00DC2BA2">
      <w:pPr>
        <w:jc w:val="center"/>
        <w:rPr>
          <w:b/>
          <w:sz w:val="24"/>
          <w:lang w:val="tr-TR"/>
        </w:rPr>
      </w:pPr>
      <w:r w:rsidRPr="00DC2BA2">
        <w:rPr>
          <w:b/>
          <w:sz w:val="24"/>
        </w:rPr>
        <w:drawing>
          <wp:anchor distT="0" distB="0" distL="114300" distR="114300" simplePos="0" relativeHeight="251659264" behindDoc="0" locked="0" layoutInCell="1" allowOverlap="0" wp14:anchorId="17F9256A" wp14:editId="0CC980C5">
            <wp:simplePos x="0" y="0"/>
            <wp:positionH relativeFrom="column">
              <wp:posOffset>-101407</wp:posOffset>
            </wp:positionH>
            <wp:positionV relativeFrom="paragraph">
              <wp:posOffset>326335</wp:posOffset>
            </wp:positionV>
            <wp:extent cx="846455" cy="802640"/>
            <wp:effectExtent l="0" t="0" r="0" b="0"/>
            <wp:wrapNone/>
            <wp:docPr id="177155801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1147F9" w14:textId="295DBCCA" w:rsidR="0084151A" w:rsidRDefault="00000000">
      <w:pPr>
        <w:jc w:val="center"/>
      </w:pPr>
      <w:r>
        <w:rPr>
          <w:b/>
          <w:sz w:val="24"/>
        </w:rPr>
        <w:t>TC.</w:t>
      </w:r>
      <w:r>
        <w:rPr>
          <w:b/>
          <w:sz w:val="24"/>
        </w:rPr>
        <w:br/>
        <w:t>ORDU ÜNİVERSİTESİ</w:t>
      </w:r>
      <w:r>
        <w:rPr>
          <w:b/>
          <w:sz w:val="24"/>
        </w:rPr>
        <w:br/>
        <w:t>FEN BİLİMLER ENSTİTÜSÜ</w:t>
      </w:r>
    </w:p>
    <w:p w14:paraId="1E02F094" w14:textId="17E1E39D" w:rsidR="0084151A" w:rsidRDefault="00000000">
      <w:pPr>
        <w:jc w:val="center"/>
      </w:pPr>
      <w:r>
        <w:rPr>
          <w:b/>
          <w:sz w:val="22"/>
        </w:rPr>
        <w:t>2026-2027 EĞİTİM-ÖĞRETİM YILI GÜZ YARIYILI</w:t>
      </w:r>
      <w:r>
        <w:rPr>
          <w:b/>
          <w:sz w:val="22"/>
        </w:rPr>
        <w:br/>
        <w:t>BÜTÜNLEŞİK YÜKSEK LİSANS PROGRAMI</w:t>
      </w:r>
      <w:r>
        <w:rPr>
          <w:b/>
          <w:sz w:val="22"/>
        </w:rPr>
        <w:br/>
      </w:r>
      <w:r w:rsidR="007E3B98">
        <w:rPr>
          <w:b/>
          <w:sz w:val="22"/>
        </w:rPr>
        <w:t xml:space="preserve">KESİN KAYIT VE </w:t>
      </w:r>
      <w:r>
        <w:rPr>
          <w:b/>
          <w:sz w:val="22"/>
        </w:rPr>
        <w:t>DERS KAYIT FORMU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2126"/>
        <w:gridCol w:w="2833"/>
        <w:gridCol w:w="2371"/>
      </w:tblGrid>
      <w:tr w:rsidR="0084151A" w14:paraId="634A18E9" w14:textId="77777777" w:rsidTr="0064295B">
        <w:trPr>
          <w:jc w:val="center"/>
        </w:trPr>
        <w:tc>
          <w:tcPr>
            <w:tcW w:w="2972" w:type="dxa"/>
            <w:shd w:val="clear" w:color="auto" w:fill="E7E6E6"/>
            <w:vAlign w:val="center"/>
          </w:tcPr>
          <w:p w14:paraId="71D41E6D" w14:textId="77777777" w:rsidR="0084151A" w:rsidRDefault="00000000">
            <w:r>
              <w:rPr>
                <w:b/>
                <w:sz w:val="18"/>
              </w:rPr>
              <w:t>Öğrencinin Adı Soyadı</w:t>
            </w:r>
          </w:p>
        </w:tc>
        <w:tc>
          <w:tcPr>
            <w:tcW w:w="2126" w:type="dxa"/>
            <w:vAlign w:val="center"/>
          </w:tcPr>
          <w:p w14:paraId="71A0326E" w14:textId="77777777" w:rsidR="0084151A" w:rsidRDefault="0084151A"/>
        </w:tc>
        <w:tc>
          <w:tcPr>
            <w:tcW w:w="2833" w:type="dxa"/>
            <w:shd w:val="clear" w:color="auto" w:fill="E7E6E6"/>
            <w:vAlign w:val="center"/>
          </w:tcPr>
          <w:p w14:paraId="29BBA976" w14:textId="3C7C8892" w:rsidR="0084151A" w:rsidRPr="00B430F1" w:rsidRDefault="00404A57">
            <w:pPr>
              <w:rPr>
                <w:b/>
                <w:bCs/>
              </w:rPr>
            </w:pPr>
            <w:r>
              <w:rPr>
                <w:b/>
                <w:sz w:val="18"/>
              </w:rPr>
              <w:t>Başvuru Yapılan Anabilim Dalı</w:t>
            </w:r>
          </w:p>
        </w:tc>
        <w:tc>
          <w:tcPr>
            <w:tcW w:w="2371" w:type="dxa"/>
            <w:vAlign w:val="center"/>
          </w:tcPr>
          <w:p w14:paraId="1F60E551" w14:textId="77777777" w:rsidR="0084151A" w:rsidRDefault="0084151A"/>
        </w:tc>
      </w:tr>
      <w:tr w:rsidR="0084151A" w14:paraId="5F623D9F" w14:textId="77777777" w:rsidTr="0064295B">
        <w:trPr>
          <w:jc w:val="center"/>
        </w:trPr>
        <w:tc>
          <w:tcPr>
            <w:tcW w:w="2972" w:type="dxa"/>
            <w:shd w:val="clear" w:color="auto" w:fill="E7E6E6"/>
            <w:vAlign w:val="center"/>
          </w:tcPr>
          <w:p w14:paraId="2CAA7D3C" w14:textId="77777777" w:rsidR="0084151A" w:rsidRDefault="00000000">
            <w:r>
              <w:rPr>
                <w:b/>
                <w:sz w:val="18"/>
              </w:rPr>
              <w:t>Öğrenci No</w:t>
            </w:r>
          </w:p>
        </w:tc>
        <w:tc>
          <w:tcPr>
            <w:tcW w:w="2126" w:type="dxa"/>
            <w:vAlign w:val="center"/>
          </w:tcPr>
          <w:p w14:paraId="2393316D" w14:textId="77777777" w:rsidR="0084151A" w:rsidRDefault="0084151A"/>
        </w:tc>
        <w:tc>
          <w:tcPr>
            <w:tcW w:w="2833" w:type="dxa"/>
            <w:shd w:val="clear" w:color="auto" w:fill="E7E6E6"/>
            <w:vAlign w:val="center"/>
          </w:tcPr>
          <w:p w14:paraId="60DBF923" w14:textId="6083DF3C" w:rsidR="0084151A" w:rsidRPr="00B430F1" w:rsidRDefault="00404A57">
            <w:pPr>
              <w:rPr>
                <w:b/>
                <w:bCs/>
              </w:rPr>
            </w:pPr>
            <w:r>
              <w:rPr>
                <w:b/>
                <w:sz w:val="18"/>
              </w:rPr>
              <w:t>Başvuru Tarihi</w:t>
            </w:r>
          </w:p>
        </w:tc>
        <w:tc>
          <w:tcPr>
            <w:tcW w:w="2371" w:type="dxa"/>
            <w:vAlign w:val="center"/>
          </w:tcPr>
          <w:p w14:paraId="71F1AC0C" w14:textId="77777777" w:rsidR="0084151A" w:rsidRDefault="0084151A"/>
        </w:tc>
      </w:tr>
      <w:tr w:rsidR="0084151A" w14:paraId="76D19158" w14:textId="77777777" w:rsidTr="0064295B">
        <w:trPr>
          <w:jc w:val="center"/>
        </w:trPr>
        <w:tc>
          <w:tcPr>
            <w:tcW w:w="2972" w:type="dxa"/>
            <w:shd w:val="clear" w:color="auto" w:fill="E7E6E6"/>
            <w:vAlign w:val="center"/>
          </w:tcPr>
          <w:p w14:paraId="56E2E0F1" w14:textId="44BDE6B3" w:rsidR="0084151A" w:rsidRDefault="00404A57">
            <w:r w:rsidRPr="00B430F1">
              <w:rPr>
                <w:b/>
                <w:bCs/>
              </w:rPr>
              <w:t>Lisans Programı</w:t>
            </w:r>
          </w:p>
        </w:tc>
        <w:tc>
          <w:tcPr>
            <w:tcW w:w="2126" w:type="dxa"/>
            <w:vAlign w:val="center"/>
          </w:tcPr>
          <w:p w14:paraId="58DC51C5" w14:textId="77777777" w:rsidR="0084151A" w:rsidRDefault="0084151A"/>
        </w:tc>
        <w:tc>
          <w:tcPr>
            <w:tcW w:w="2833" w:type="dxa"/>
            <w:shd w:val="clear" w:color="auto" w:fill="E7E6E6"/>
            <w:vAlign w:val="center"/>
          </w:tcPr>
          <w:p w14:paraId="1739D2B4" w14:textId="485DC92F" w:rsidR="0084151A" w:rsidRDefault="00404A57">
            <w:r>
              <w:rPr>
                <w:b/>
                <w:sz w:val="18"/>
              </w:rPr>
              <w:t>Telefon</w:t>
            </w:r>
          </w:p>
        </w:tc>
        <w:tc>
          <w:tcPr>
            <w:tcW w:w="2371" w:type="dxa"/>
            <w:vAlign w:val="center"/>
          </w:tcPr>
          <w:p w14:paraId="2054F898" w14:textId="77777777" w:rsidR="0084151A" w:rsidRDefault="0084151A"/>
        </w:tc>
      </w:tr>
      <w:tr w:rsidR="008726B2" w14:paraId="14E6C77B" w14:textId="77777777" w:rsidTr="0064295B">
        <w:trPr>
          <w:jc w:val="center"/>
        </w:trPr>
        <w:tc>
          <w:tcPr>
            <w:tcW w:w="2972" w:type="dxa"/>
            <w:shd w:val="clear" w:color="auto" w:fill="E7E6E6"/>
            <w:vAlign w:val="center"/>
          </w:tcPr>
          <w:p w14:paraId="60C1CAA9" w14:textId="50A88DA8" w:rsidR="008726B2" w:rsidRDefault="00404A57" w:rsidP="008726B2">
            <w:r w:rsidRPr="00B430F1">
              <w:rPr>
                <w:b/>
                <w:bCs/>
              </w:rPr>
              <w:t>Kayıtlı Olduğu Yarıyıl</w:t>
            </w:r>
            <w:r w:rsidR="0064295B">
              <w:rPr>
                <w:b/>
                <w:bCs/>
              </w:rPr>
              <w:t xml:space="preserve"> / GANO</w:t>
            </w:r>
          </w:p>
        </w:tc>
        <w:tc>
          <w:tcPr>
            <w:tcW w:w="2126" w:type="dxa"/>
            <w:vAlign w:val="center"/>
          </w:tcPr>
          <w:p w14:paraId="0588B29B" w14:textId="773638E9" w:rsidR="008726B2" w:rsidRDefault="008726B2" w:rsidP="008726B2"/>
        </w:tc>
        <w:tc>
          <w:tcPr>
            <w:tcW w:w="2833" w:type="dxa"/>
            <w:shd w:val="clear" w:color="auto" w:fill="E7E6E6"/>
            <w:vAlign w:val="center"/>
          </w:tcPr>
          <w:p w14:paraId="6838856D" w14:textId="1D9C7DF6" w:rsidR="008726B2" w:rsidRDefault="00404A57" w:rsidP="008726B2">
            <w:r>
              <w:rPr>
                <w:b/>
                <w:sz w:val="18"/>
              </w:rPr>
              <w:t>E-posta</w:t>
            </w:r>
          </w:p>
        </w:tc>
        <w:tc>
          <w:tcPr>
            <w:tcW w:w="2371" w:type="dxa"/>
            <w:vAlign w:val="center"/>
          </w:tcPr>
          <w:p w14:paraId="5B638B60" w14:textId="77777777" w:rsidR="008726B2" w:rsidRDefault="008726B2" w:rsidP="008726B2"/>
        </w:tc>
      </w:tr>
    </w:tbl>
    <w:p w14:paraId="33049374" w14:textId="77777777" w:rsidR="0064295B" w:rsidRDefault="0064295B">
      <w:pPr>
        <w:rPr>
          <w:b/>
          <w:szCs w:val="24"/>
        </w:rPr>
      </w:pPr>
    </w:p>
    <w:p w14:paraId="0529C816" w14:textId="59A53C3B" w:rsidR="0084151A" w:rsidRPr="0085755A" w:rsidRDefault="0092112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A- </w:t>
      </w:r>
      <w:r w:rsidR="00000000" w:rsidRPr="0085755A">
        <w:rPr>
          <w:b/>
          <w:sz w:val="24"/>
          <w:szCs w:val="24"/>
        </w:rPr>
        <w:t>DERS KAYIT BİLGİLERİ</w:t>
      </w:r>
    </w:p>
    <w:p w14:paraId="2EEDAE96" w14:textId="4C361EC5" w:rsidR="0084151A" w:rsidRPr="0085755A" w:rsidRDefault="00000000" w:rsidP="00EC7A01">
      <w:pPr>
        <w:spacing w:after="80"/>
        <w:ind w:firstLine="720"/>
        <w:jc w:val="both"/>
        <w:rPr>
          <w:sz w:val="24"/>
          <w:szCs w:val="24"/>
        </w:rPr>
      </w:pPr>
      <w:r w:rsidRPr="0085755A">
        <w:rPr>
          <w:sz w:val="24"/>
          <w:szCs w:val="24"/>
        </w:rPr>
        <w:t>Aşağıda belirtilen dersler, 2026-2027 Eğitim-Öğretim Yılı Güz Yarıyılında Bütünleşik Yüksek Lisans Programı kapsamında alınmak üzere seçilmiştir.</w:t>
      </w:r>
      <w:r w:rsidR="00EC7A01" w:rsidRPr="0085755A">
        <w:rPr>
          <w:sz w:val="24"/>
          <w:szCs w:val="24"/>
        </w:rPr>
        <w:t xml:space="preserve"> 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289"/>
        <w:gridCol w:w="1289"/>
        <w:gridCol w:w="1289"/>
        <w:gridCol w:w="1289"/>
        <w:gridCol w:w="1289"/>
        <w:gridCol w:w="3181"/>
      </w:tblGrid>
      <w:tr w:rsidR="00F04A6B" w14:paraId="77E3F586" w14:textId="20D031B8" w:rsidTr="00F04A6B">
        <w:trPr>
          <w:jc w:val="center"/>
        </w:trPr>
        <w:tc>
          <w:tcPr>
            <w:tcW w:w="1289" w:type="dxa"/>
            <w:shd w:val="clear" w:color="auto" w:fill="D9E1F2"/>
            <w:vAlign w:val="center"/>
          </w:tcPr>
          <w:p w14:paraId="6F4F8BFA" w14:textId="77777777" w:rsidR="00F04A6B" w:rsidRDefault="00F04A6B">
            <w:pPr>
              <w:jc w:val="center"/>
            </w:pPr>
            <w:r>
              <w:rPr>
                <w:b/>
                <w:sz w:val="17"/>
              </w:rPr>
              <w:t>Sıra</w:t>
            </w:r>
          </w:p>
        </w:tc>
        <w:tc>
          <w:tcPr>
            <w:tcW w:w="1289" w:type="dxa"/>
            <w:shd w:val="clear" w:color="auto" w:fill="D9E1F2"/>
            <w:vAlign w:val="center"/>
          </w:tcPr>
          <w:p w14:paraId="59B9EDB4" w14:textId="77777777" w:rsidR="00F04A6B" w:rsidRDefault="00F04A6B">
            <w:pPr>
              <w:jc w:val="center"/>
            </w:pPr>
            <w:r>
              <w:rPr>
                <w:b/>
                <w:sz w:val="17"/>
              </w:rPr>
              <w:t>Ders Kodu</w:t>
            </w:r>
          </w:p>
        </w:tc>
        <w:tc>
          <w:tcPr>
            <w:tcW w:w="1289" w:type="dxa"/>
            <w:shd w:val="clear" w:color="auto" w:fill="D9E1F2"/>
            <w:vAlign w:val="center"/>
          </w:tcPr>
          <w:p w14:paraId="4CE10435" w14:textId="77777777" w:rsidR="00F04A6B" w:rsidRDefault="00F04A6B">
            <w:pPr>
              <w:jc w:val="center"/>
            </w:pPr>
            <w:r>
              <w:rPr>
                <w:b/>
                <w:sz w:val="17"/>
              </w:rPr>
              <w:t>Ders Adı</w:t>
            </w:r>
          </w:p>
        </w:tc>
        <w:tc>
          <w:tcPr>
            <w:tcW w:w="1289" w:type="dxa"/>
            <w:shd w:val="clear" w:color="auto" w:fill="D9E1F2"/>
            <w:vAlign w:val="center"/>
          </w:tcPr>
          <w:p w14:paraId="6F6B3BB8" w14:textId="1C7C378C" w:rsidR="00F04A6B" w:rsidRDefault="00F04A6B">
            <w:pPr>
              <w:jc w:val="center"/>
            </w:pPr>
            <w:r>
              <w:rPr>
                <w:b/>
                <w:sz w:val="17"/>
              </w:rPr>
              <w:t>T+U+K</w:t>
            </w:r>
          </w:p>
        </w:tc>
        <w:tc>
          <w:tcPr>
            <w:tcW w:w="1289" w:type="dxa"/>
            <w:shd w:val="clear" w:color="auto" w:fill="D9E1F2"/>
            <w:vAlign w:val="center"/>
          </w:tcPr>
          <w:p w14:paraId="272531B7" w14:textId="77777777" w:rsidR="00F04A6B" w:rsidRDefault="00F04A6B">
            <w:pPr>
              <w:jc w:val="center"/>
            </w:pPr>
            <w:r>
              <w:rPr>
                <w:b/>
                <w:sz w:val="17"/>
              </w:rPr>
              <w:t>AKTS</w:t>
            </w:r>
          </w:p>
        </w:tc>
        <w:tc>
          <w:tcPr>
            <w:tcW w:w="3181" w:type="dxa"/>
            <w:shd w:val="clear" w:color="auto" w:fill="D9E1F2"/>
          </w:tcPr>
          <w:p w14:paraId="6E101B2F" w14:textId="53793A2B" w:rsidR="00F04A6B" w:rsidRDefault="00F04A6B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Dersi Veren Öğr. Üyesi</w:t>
            </w:r>
          </w:p>
        </w:tc>
      </w:tr>
      <w:tr w:rsidR="00F04A6B" w14:paraId="0BCF0F90" w14:textId="7AEFD4E1" w:rsidTr="00F04A6B">
        <w:trPr>
          <w:jc w:val="center"/>
        </w:trPr>
        <w:tc>
          <w:tcPr>
            <w:tcW w:w="1289" w:type="dxa"/>
            <w:vAlign w:val="center"/>
          </w:tcPr>
          <w:p w14:paraId="7F4F1235" w14:textId="77777777" w:rsidR="00F04A6B" w:rsidRDefault="00F04A6B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1289" w:type="dxa"/>
            <w:vAlign w:val="center"/>
          </w:tcPr>
          <w:p w14:paraId="177A7743" w14:textId="77777777" w:rsidR="00F04A6B" w:rsidRDefault="00F04A6B">
            <w:pPr>
              <w:jc w:val="center"/>
            </w:pPr>
          </w:p>
        </w:tc>
        <w:tc>
          <w:tcPr>
            <w:tcW w:w="1289" w:type="dxa"/>
            <w:vAlign w:val="center"/>
          </w:tcPr>
          <w:p w14:paraId="503E107E" w14:textId="77777777" w:rsidR="00F04A6B" w:rsidRDefault="00F04A6B"/>
        </w:tc>
        <w:tc>
          <w:tcPr>
            <w:tcW w:w="1289" w:type="dxa"/>
            <w:vAlign w:val="center"/>
          </w:tcPr>
          <w:p w14:paraId="780B92BA" w14:textId="77777777" w:rsidR="00F04A6B" w:rsidRDefault="00F04A6B">
            <w:pPr>
              <w:jc w:val="center"/>
            </w:pPr>
          </w:p>
        </w:tc>
        <w:tc>
          <w:tcPr>
            <w:tcW w:w="1289" w:type="dxa"/>
            <w:vAlign w:val="center"/>
          </w:tcPr>
          <w:p w14:paraId="443C5FD5" w14:textId="77777777" w:rsidR="00F04A6B" w:rsidRDefault="00F04A6B">
            <w:pPr>
              <w:jc w:val="center"/>
            </w:pPr>
          </w:p>
        </w:tc>
        <w:tc>
          <w:tcPr>
            <w:tcW w:w="3181" w:type="dxa"/>
          </w:tcPr>
          <w:p w14:paraId="5DC6B0DA" w14:textId="77777777" w:rsidR="00F04A6B" w:rsidRDefault="00F04A6B">
            <w:pPr>
              <w:jc w:val="center"/>
            </w:pPr>
          </w:p>
        </w:tc>
      </w:tr>
      <w:tr w:rsidR="00F04A6B" w14:paraId="48254A5A" w14:textId="2A7B7170" w:rsidTr="00F04A6B">
        <w:trPr>
          <w:jc w:val="center"/>
        </w:trPr>
        <w:tc>
          <w:tcPr>
            <w:tcW w:w="1289" w:type="dxa"/>
            <w:vAlign w:val="center"/>
          </w:tcPr>
          <w:p w14:paraId="2194B0D3" w14:textId="77777777" w:rsidR="00F04A6B" w:rsidRDefault="00F04A6B">
            <w:pPr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1289" w:type="dxa"/>
            <w:vAlign w:val="center"/>
          </w:tcPr>
          <w:p w14:paraId="60505A41" w14:textId="77777777" w:rsidR="00F04A6B" w:rsidRDefault="00F04A6B">
            <w:pPr>
              <w:jc w:val="center"/>
            </w:pPr>
          </w:p>
        </w:tc>
        <w:tc>
          <w:tcPr>
            <w:tcW w:w="1289" w:type="dxa"/>
            <w:vAlign w:val="center"/>
          </w:tcPr>
          <w:p w14:paraId="05A35405" w14:textId="77777777" w:rsidR="00F04A6B" w:rsidRDefault="00F04A6B"/>
        </w:tc>
        <w:tc>
          <w:tcPr>
            <w:tcW w:w="1289" w:type="dxa"/>
            <w:vAlign w:val="center"/>
          </w:tcPr>
          <w:p w14:paraId="65DB0693" w14:textId="77777777" w:rsidR="00F04A6B" w:rsidRDefault="00F04A6B">
            <w:pPr>
              <w:jc w:val="center"/>
            </w:pPr>
          </w:p>
        </w:tc>
        <w:tc>
          <w:tcPr>
            <w:tcW w:w="1289" w:type="dxa"/>
            <w:vAlign w:val="center"/>
          </w:tcPr>
          <w:p w14:paraId="4F647775" w14:textId="77777777" w:rsidR="00F04A6B" w:rsidRDefault="00F04A6B">
            <w:pPr>
              <w:jc w:val="center"/>
            </w:pPr>
          </w:p>
        </w:tc>
        <w:tc>
          <w:tcPr>
            <w:tcW w:w="3181" w:type="dxa"/>
          </w:tcPr>
          <w:p w14:paraId="5CBBB226" w14:textId="77777777" w:rsidR="00F04A6B" w:rsidRDefault="00F04A6B">
            <w:pPr>
              <w:jc w:val="center"/>
            </w:pPr>
          </w:p>
        </w:tc>
      </w:tr>
    </w:tbl>
    <w:p w14:paraId="41ECB80E" w14:textId="173D2517" w:rsidR="0084151A" w:rsidRPr="00615B06" w:rsidRDefault="00615B06">
      <w:pPr>
        <w:rPr>
          <w:i/>
          <w:iCs/>
          <w:szCs w:val="20"/>
          <w:u w:val="single"/>
          <w:vertAlign w:val="superscript"/>
        </w:rPr>
      </w:pPr>
      <w:r w:rsidRPr="00615B06">
        <w:rPr>
          <w:i/>
          <w:iCs/>
          <w:szCs w:val="20"/>
          <w:vertAlign w:val="superscript"/>
        </w:rPr>
        <w:t xml:space="preserve">         </w:t>
      </w:r>
      <w:r w:rsidRPr="00615B06">
        <w:rPr>
          <w:i/>
          <w:iCs/>
          <w:szCs w:val="20"/>
          <w:u w:val="single"/>
          <w:vertAlign w:val="superscript"/>
        </w:rPr>
        <w:t>*</w:t>
      </w:r>
      <w:r w:rsidRPr="00615B06">
        <w:rPr>
          <w:i/>
          <w:iCs/>
          <w:szCs w:val="20"/>
          <w:u w:val="single"/>
        </w:rPr>
        <w:t xml:space="preserve"> En fazla iki ders seçilebilir.</w:t>
      </w:r>
    </w:p>
    <w:p w14:paraId="581D9CFD" w14:textId="56F1CED4" w:rsidR="0084151A" w:rsidRPr="0085755A" w:rsidRDefault="0092112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B- </w:t>
      </w:r>
      <w:r w:rsidR="00000000" w:rsidRPr="0085755A">
        <w:rPr>
          <w:b/>
          <w:sz w:val="24"/>
          <w:szCs w:val="24"/>
        </w:rPr>
        <w:t>ÖĞRENCİ BEYANI</w:t>
      </w:r>
    </w:p>
    <w:p w14:paraId="031C6D95" w14:textId="72761490" w:rsidR="0084151A" w:rsidRPr="0085755A" w:rsidRDefault="00000000" w:rsidP="00DA5BDE">
      <w:pPr>
        <w:spacing w:line="240" w:lineRule="auto"/>
        <w:ind w:firstLine="720"/>
        <w:jc w:val="both"/>
        <w:rPr>
          <w:sz w:val="24"/>
          <w:szCs w:val="24"/>
        </w:rPr>
      </w:pPr>
      <w:r w:rsidRPr="0085755A">
        <w:rPr>
          <w:sz w:val="24"/>
          <w:szCs w:val="24"/>
        </w:rPr>
        <w:t>Yukarıda belirtmiş olduğum dersleri 2026-2027 Eğitim-Öğretim Yılı Güz Yarıyılında Bütünleşik Yüksek Lisans Programı kapsamında almak istediğimi,</w:t>
      </w:r>
      <w:r w:rsidR="0064295B">
        <w:rPr>
          <w:sz w:val="24"/>
          <w:szCs w:val="24"/>
        </w:rPr>
        <w:t xml:space="preserve"> başvuru ve </w:t>
      </w:r>
      <w:r w:rsidRPr="0085755A">
        <w:rPr>
          <w:sz w:val="24"/>
          <w:szCs w:val="24"/>
        </w:rPr>
        <w:t>ders kayıt bilgileri</w:t>
      </w:r>
      <w:r w:rsidR="0064295B">
        <w:rPr>
          <w:sz w:val="24"/>
          <w:szCs w:val="24"/>
        </w:rPr>
        <w:t>min</w:t>
      </w:r>
      <w:r w:rsidRPr="0085755A">
        <w:rPr>
          <w:sz w:val="24"/>
          <w:szCs w:val="24"/>
        </w:rPr>
        <w:t xml:space="preserve"> doğruluğunu kabul ve beyan ederim.</w:t>
      </w:r>
    </w:p>
    <w:tbl>
      <w:tblPr>
        <w:tblStyle w:val="TabloKlavuzu"/>
        <w:tblW w:w="6658" w:type="dxa"/>
        <w:jc w:val="center"/>
        <w:tblLook w:val="04A0" w:firstRow="1" w:lastRow="0" w:firstColumn="1" w:lastColumn="0" w:noHBand="0" w:noVBand="1"/>
      </w:tblPr>
      <w:tblGrid>
        <w:gridCol w:w="2972"/>
        <w:gridCol w:w="3686"/>
      </w:tblGrid>
      <w:tr w:rsidR="00EC7A01" w14:paraId="58A46B8C" w14:textId="6E7464D6" w:rsidTr="0064295B">
        <w:trPr>
          <w:trHeight w:val="374"/>
          <w:jc w:val="center"/>
        </w:trPr>
        <w:tc>
          <w:tcPr>
            <w:tcW w:w="2972" w:type="dxa"/>
            <w:shd w:val="clear" w:color="auto" w:fill="E7E6E6"/>
            <w:vAlign w:val="center"/>
          </w:tcPr>
          <w:p w14:paraId="74A48E2B" w14:textId="77777777" w:rsidR="00EC7A01" w:rsidRDefault="00EC7A01" w:rsidP="0061508A">
            <w:r>
              <w:rPr>
                <w:b/>
                <w:sz w:val="18"/>
              </w:rPr>
              <w:t>Öğrencinin Adı Soyadı</w:t>
            </w:r>
          </w:p>
        </w:tc>
        <w:tc>
          <w:tcPr>
            <w:tcW w:w="3686" w:type="dxa"/>
            <w:vAlign w:val="center"/>
          </w:tcPr>
          <w:p w14:paraId="67EF0BCB" w14:textId="77777777" w:rsidR="00EC7A01" w:rsidRDefault="00EC7A01" w:rsidP="0061508A"/>
        </w:tc>
      </w:tr>
      <w:tr w:rsidR="00EC7A01" w14:paraId="299CABF8" w14:textId="75A88A94" w:rsidTr="0064295B">
        <w:trPr>
          <w:trHeight w:val="408"/>
          <w:jc w:val="center"/>
        </w:trPr>
        <w:tc>
          <w:tcPr>
            <w:tcW w:w="2972" w:type="dxa"/>
            <w:shd w:val="clear" w:color="auto" w:fill="E7E6E6"/>
            <w:vAlign w:val="center"/>
          </w:tcPr>
          <w:p w14:paraId="36BEBCEA" w14:textId="77777777" w:rsidR="00EC7A01" w:rsidRDefault="00EC7A01" w:rsidP="0061508A">
            <w:r>
              <w:rPr>
                <w:b/>
                <w:sz w:val="18"/>
              </w:rPr>
              <w:t>Tarih</w:t>
            </w:r>
          </w:p>
        </w:tc>
        <w:tc>
          <w:tcPr>
            <w:tcW w:w="3686" w:type="dxa"/>
            <w:vAlign w:val="center"/>
          </w:tcPr>
          <w:p w14:paraId="4E623BCB" w14:textId="77777777" w:rsidR="00EC7A01" w:rsidRDefault="00EC7A01" w:rsidP="0061508A"/>
        </w:tc>
      </w:tr>
      <w:tr w:rsidR="00EC7A01" w14:paraId="77ABEB5C" w14:textId="63AD79F2" w:rsidTr="00EC7A01">
        <w:trPr>
          <w:trHeight w:val="552"/>
          <w:jc w:val="center"/>
        </w:trPr>
        <w:tc>
          <w:tcPr>
            <w:tcW w:w="2972" w:type="dxa"/>
            <w:shd w:val="clear" w:color="auto" w:fill="E7E6E6"/>
            <w:vAlign w:val="center"/>
          </w:tcPr>
          <w:p w14:paraId="7A7E1F09" w14:textId="77777777" w:rsidR="00EC7A01" w:rsidRDefault="00EC7A01" w:rsidP="0061508A">
            <w:r>
              <w:rPr>
                <w:b/>
                <w:sz w:val="18"/>
              </w:rPr>
              <w:t>İmza</w:t>
            </w:r>
          </w:p>
        </w:tc>
        <w:tc>
          <w:tcPr>
            <w:tcW w:w="3686" w:type="dxa"/>
            <w:vAlign w:val="center"/>
          </w:tcPr>
          <w:p w14:paraId="53798338" w14:textId="77777777" w:rsidR="00EC7A01" w:rsidRDefault="00EC7A01" w:rsidP="0061508A"/>
        </w:tc>
      </w:tr>
    </w:tbl>
    <w:p w14:paraId="3BC346D6" w14:textId="77777777" w:rsidR="0084151A" w:rsidRDefault="0084151A"/>
    <w:p w14:paraId="27C548ED" w14:textId="159876E2" w:rsidR="00C24AE9" w:rsidRPr="0085755A" w:rsidRDefault="0092112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C- </w:t>
      </w:r>
      <w:r w:rsidR="00C24AE9" w:rsidRPr="0085755A">
        <w:rPr>
          <w:b/>
          <w:sz w:val="24"/>
          <w:szCs w:val="24"/>
        </w:rPr>
        <w:t>ANABİLİM DALI BAŞKANI BEYANI</w:t>
      </w:r>
    </w:p>
    <w:p w14:paraId="1CE274DB" w14:textId="1F05B7DE" w:rsidR="00EC7A01" w:rsidRPr="0085755A" w:rsidRDefault="00EC7A01" w:rsidP="009A7803">
      <w:pPr>
        <w:ind w:firstLine="720"/>
        <w:jc w:val="both"/>
        <w:rPr>
          <w:sz w:val="24"/>
          <w:szCs w:val="24"/>
        </w:rPr>
      </w:pPr>
      <w:r w:rsidRPr="0085755A">
        <w:rPr>
          <w:sz w:val="24"/>
          <w:szCs w:val="24"/>
        </w:rPr>
        <w:t xml:space="preserve">Bütünleşik Yüksek Lisans </w:t>
      </w:r>
      <w:r w:rsidR="009A7803" w:rsidRPr="0085755A">
        <w:rPr>
          <w:sz w:val="24"/>
          <w:szCs w:val="24"/>
        </w:rPr>
        <w:t>P</w:t>
      </w:r>
      <w:r w:rsidRPr="0085755A">
        <w:rPr>
          <w:sz w:val="24"/>
          <w:szCs w:val="24"/>
        </w:rPr>
        <w:t xml:space="preserve">rogramı kapsamında ilgili öğrenci tarafından seçilen </w:t>
      </w:r>
      <w:r w:rsidR="009A7803" w:rsidRPr="0085755A">
        <w:rPr>
          <w:sz w:val="24"/>
          <w:szCs w:val="24"/>
        </w:rPr>
        <w:t xml:space="preserve">ve yukarıda yer alan </w:t>
      </w:r>
      <w:r w:rsidRPr="0085755A">
        <w:rPr>
          <w:sz w:val="24"/>
          <w:szCs w:val="24"/>
        </w:rPr>
        <w:t>derslerin,</w:t>
      </w:r>
      <w:r w:rsidR="0085755A">
        <w:rPr>
          <w:sz w:val="24"/>
          <w:szCs w:val="24"/>
        </w:rPr>
        <w:t xml:space="preserve"> </w:t>
      </w:r>
      <w:r w:rsidRPr="0085755A">
        <w:rPr>
          <w:sz w:val="24"/>
          <w:szCs w:val="24"/>
        </w:rPr>
        <w:t>2026-2027 Eğitim-Öğretim Yılı Güz Yarıyılında aktif olarak açıldığını kabul ve beyan ederim.</w:t>
      </w:r>
    </w:p>
    <w:tbl>
      <w:tblPr>
        <w:tblStyle w:val="TabloKlavuzu"/>
        <w:tblW w:w="6516" w:type="dxa"/>
        <w:jc w:val="center"/>
        <w:tblLook w:val="04A0" w:firstRow="1" w:lastRow="0" w:firstColumn="1" w:lastColumn="0" w:noHBand="0" w:noVBand="1"/>
      </w:tblPr>
      <w:tblGrid>
        <w:gridCol w:w="2972"/>
        <w:gridCol w:w="3544"/>
      </w:tblGrid>
      <w:tr w:rsidR="00EC7A01" w14:paraId="5C931F93" w14:textId="77777777" w:rsidTr="0064295B">
        <w:trPr>
          <w:trHeight w:val="433"/>
          <w:jc w:val="center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2A8B6A32" w14:textId="77777777" w:rsidR="00EC7A01" w:rsidRDefault="00EC7A01" w:rsidP="00B144DD">
            <w:r>
              <w:rPr>
                <w:b/>
                <w:sz w:val="18"/>
              </w:rPr>
              <w:t>Anabilim Dalı Başkanı Adı Soyadı</w:t>
            </w:r>
          </w:p>
        </w:tc>
        <w:tc>
          <w:tcPr>
            <w:tcW w:w="3544" w:type="dxa"/>
          </w:tcPr>
          <w:p w14:paraId="4175BAFC" w14:textId="77777777" w:rsidR="00EC7A01" w:rsidRDefault="00EC7A01" w:rsidP="00B144DD"/>
        </w:tc>
      </w:tr>
      <w:tr w:rsidR="00EC7A01" w14:paraId="1CC565C1" w14:textId="77777777" w:rsidTr="0064295B">
        <w:trPr>
          <w:trHeight w:val="425"/>
          <w:jc w:val="center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132F35ED" w14:textId="77777777" w:rsidR="00EC7A01" w:rsidRDefault="00EC7A01" w:rsidP="00B144DD">
            <w:r>
              <w:rPr>
                <w:b/>
                <w:sz w:val="18"/>
              </w:rPr>
              <w:t>Tarih</w:t>
            </w:r>
          </w:p>
        </w:tc>
        <w:tc>
          <w:tcPr>
            <w:tcW w:w="3544" w:type="dxa"/>
          </w:tcPr>
          <w:p w14:paraId="153491AD" w14:textId="77777777" w:rsidR="00EC7A01" w:rsidRDefault="00EC7A01" w:rsidP="00B144DD"/>
        </w:tc>
      </w:tr>
      <w:tr w:rsidR="00EC7A01" w14:paraId="5D07B852" w14:textId="77777777" w:rsidTr="00EC7A01">
        <w:trPr>
          <w:trHeight w:val="545"/>
          <w:jc w:val="center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5BDD50AA" w14:textId="77777777" w:rsidR="00EC7A01" w:rsidRDefault="00EC7A01" w:rsidP="00B144DD">
            <w:r>
              <w:rPr>
                <w:b/>
                <w:sz w:val="18"/>
              </w:rPr>
              <w:t>İmza</w:t>
            </w:r>
          </w:p>
        </w:tc>
        <w:tc>
          <w:tcPr>
            <w:tcW w:w="3544" w:type="dxa"/>
          </w:tcPr>
          <w:p w14:paraId="546C6266" w14:textId="77777777" w:rsidR="00EC7A01" w:rsidRDefault="00EC7A01" w:rsidP="00B144DD"/>
        </w:tc>
      </w:tr>
    </w:tbl>
    <w:p w14:paraId="0B7C0679" w14:textId="77777777" w:rsidR="0064295B" w:rsidRDefault="0064295B" w:rsidP="0064295B">
      <w:pPr>
        <w:rPr>
          <w:rFonts w:cs="Times New Roman"/>
          <w:b/>
          <w:sz w:val="24"/>
          <w:szCs w:val="24"/>
        </w:rPr>
      </w:pPr>
    </w:p>
    <w:p w14:paraId="03A39BFF" w14:textId="717DAADF" w:rsidR="0064295B" w:rsidRDefault="0064295B" w:rsidP="0064295B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D</w:t>
      </w:r>
      <w:r w:rsidRPr="003850DB">
        <w:rPr>
          <w:rFonts w:cs="Times New Roman"/>
          <w:b/>
          <w:sz w:val="24"/>
          <w:szCs w:val="24"/>
        </w:rPr>
        <w:t>. KESİN KAYIT BELGELERİ</w:t>
      </w:r>
    </w:p>
    <w:p w14:paraId="23E970AB" w14:textId="1F8EEB71" w:rsidR="0064295B" w:rsidRPr="0064295B" w:rsidRDefault="0064295B" w:rsidP="0064295B">
      <w:pPr>
        <w:spacing w:after="0"/>
        <w:rPr>
          <w:rFonts w:cs="Times New Roman"/>
          <w:bCs/>
          <w:sz w:val="18"/>
          <w:szCs w:val="18"/>
        </w:rPr>
      </w:pPr>
      <w:r w:rsidRPr="0064295B">
        <w:rPr>
          <w:rFonts w:cs="Times New Roman"/>
          <w:b/>
          <w:sz w:val="18"/>
          <w:szCs w:val="18"/>
        </w:rPr>
        <w:t xml:space="preserve">- </w:t>
      </w:r>
      <w:r w:rsidRPr="0064295B">
        <w:rPr>
          <w:rFonts w:cs="Times New Roman"/>
          <w:bCs/>
          <w:sz w:val="18"/>
          <w:szCs w:val="18"/>
        </w:rPr>
        <w:t>Öğrenci Belgesi</w:t>
      </w:r>
    </w:p>
    <w:p w14:paraId="7E60BEC6" w14:textId="2FA362A0" w:rsidR="0064295B" w:rsidRPr="0064295B" w:rsidRDefault="0064295B" w:rsidP="0064295B">
      <w:pPr>
        <w:spacing w:after="0"/>
        <w:rPr>
          <w:rFonts w:cs="Times New Roman"/>
          <w:bCs/>
          <w:sz w:val="18"/>
          <w:szCs w:val="18"/>
        </w:rPr>
      </w:pPr>
      <w:r w:rsidRPr="0064295B">
        <w:rPr>
          <w:rFonts w:cs="Times New Roman"/>
          <w:bCs/>
          <w:sz w:val="18"/>
          <w:szCs w:val="18"/>
        </w:rPr>
        <w:t>- Transkript Belgesi</w:t>
      </w:r>
    </w:p>
    <w:p w14:paraId="5626C436" w14:textId="270C95F2" w:rsidR="0064295B" w:rsidRDefault="0064295B" w:rsidP="0064295B">
      <w:pPr>
        <w:spacing w:after="0"/>
        <w:rPr>
          <w:rFonts w:cs="Times New Roman"/>
          <w:i/>
          <w:sz w:val="18"/>
          <w:szCs w:val="18"/>
          <w:lang w:val="tr-TR"/>
        </w:rPr>
      </w:pPr>
      <w:r w:rsidRPr="0064295B">
        <w:rPr>
          <w:rFonts w:cs="Times New Roman"/>
          <w:bCs/>
          <w:sz w:val="18"/>
          <w:szCs w:val="18"/>
        </w:rPr>
        <w:t>- Disiplin Ceza</w:t>
      </w:r>
      <w:r>
        <w:rPr>
          <w:rFonts w:cs="Times New Roman"/>
          <w:bCs/>
          <w:sz w:val="18"/>
          <w:szCs w:val="18"/>
        </w:rPr>
        <w:t>s</w:t>
      </w:r>
      <w:r w:rsidRPr="0064295B">
        <w:rPr>
          <w:rFonts w:cs="Times New Roman"/>
          <w:bCs/>
          <w:sz w:val="18"/>
          <w:szCs w:val="18"/>
        </w:rPr>
        <w:t>ı Almadığına Dair Belge (</w:t>
      </w:r>
      <w:r>
        <w:rPr>
          <w:rFonts w:cs="Times New Roman"/>
          <w:i/>
          <w:sz w:val="18"/>
          <w:szCs w:val="18"/>
          <w:lang w:val="tr-TR"/>
        </w:rPr>
        <w:t>İlgili İfade;</w:t>
      </w:r>
      <w:r w:rsidRPr="0064295B">
        <w:rPr>
          <w:rFonts w:cs="Times New Roman"/>
          <w:i/>
          <w:sz w:val="18"/>
          <w:szCs w:val="18"/>
          <w:lang w:val="tr-TR"/>
        </w:rPr>
        <w:t xml:space="preserve"> Öğrenci Belgesi veya Transkripte yer alıyorsa bu belgeye gerek yoktur.</w:t>
      </w:r>
      <w:r w:rsidRPr="0064295B">
        <w:rPr>
          <w:rFonts w:cs="Times New Roman"/>
          <w:bCs/>
          <w:sz w:val="18"/>
          <w:szCs w:val="18"/>
        </w:rPr>
        <w:t>)</w:t>
      </w:r>
    </w:p>
    <w:p w14:paraId="63A8DF0C" w14:textId="23D57CD0" w:rsidR="003836B7" w:rsidRPr="00DC2BA2" w:rsidRDefault="0064295B" w:rsidP="00DC2BA2">
      <w:pPr>
        <w:spacing w:after="0"/>
        <w:rPr>
          <w:rFonts w:cs="Times New Roman"/>
          <w:i/>
          <w:sz w:val="18"/>
          <w:szCs w:val="18"/>
          <w:lang w:val="tr-TR"/>
        </w:rPr>
      </w:pPr>
      <w:r>
        <w:rPr>
          <w:rFonts w:cs="Times New Roman"/>
          <w:i/>
          <w:sz w:val="18"/>
          <w:szCs w:val="18"/>
          <w:lang w:val="tr-TR"/>
        </w:rPr>
        <w:t xml:space="preserve">- </w:t>
      </w:r>
      <w:r w:rsidRPr="0064295B">
        <w:rPr>
          <w:rFonts w:cs="Times New Roman"/>
          <w:bCs/>
          <w:sz w:val="18"/>
          <w:szCs w:val="18"/>
        </w:rPr>
        <w:t>Vesikalık Fotoğraf</w:t>
      </w:r>
    </w:p>
    <w:sectPr w:rsidR="003836B7" w:rsidRPr="00DC2BA2" w:rsidSect="00DC2BA2">
      <w:footerReference w:type="default" r:id="rId9"/>
      <w:pgSz w:w="12240" w:h="15840"/>
      <w:pgMar w:top="0" w:right="964" w:bottom="850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3113B" w14:textId="77777777" w:rsidR="00B347E3" w:rsidRDefault="00B347E3">
      <w:pPr>
        <w:spacing w:after="0" w:line="240" w:lineRule="auto"/>
      </w:pPr>
      <w:r>
        <w:separator/>
      </w:r>
    </w:p>
  </w:endnote>
  <w:endnote w:type="continuationSeparator" w:id="0">
    <w:p w14:paraId="0E225A9C" w14:textId="77777777" w:rsidR="00B347E3" w:rsidRDefault="00B34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D5513" w14:textId="0528230A" w:rsidR="0084151A" w:rsidRDefault="00000000">
    <w:pPr>
      <w:pStyle w:val="AltBilgi"/>
      <w:jc w:val="center"/>
    </w:pPr>
    <w:r>
      <w:rPr>
        <w:sz w:val="16"/>
      </w:rPr>
      <w:t>Ordu Üniversitesi Fen Bilimleri Enstitüsü – Bütünleşik Yüksek Lisans Programı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47357" w14:textId="77777777" w:rsidR="00B347E3" w:rsidRDefault="00B347E3">
      <w:pPr>
        <w:spacing w:after="0" w:line="240" w:lineRule="auto"/>
      </w:pPr>
      <w:r>
        <w:separator/>
      </w:r>
    </w:p>
  </w:footnote>
  <w:footnote w:type="continuationSeparator" w:id="0">
    <w:p w14:paraId="73615B43" w14:textId="77777777" w:rsidR="00B347E3" w:rsidRDefault="00B347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E2E374F"/>
    <w:multiLevelType w:val="multilevel"/>
    <w:tmpl w:val="1226B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0908281">
    <w:abstractNumId w:val="8"/>
  </w:num>
  <w:num w:numId="2" w16cid:durableId="134832025">
    <w:abstractNumId w:val="6"/>
  </w:num>
  <w:num w:numId="3" w16cid:durableId="1680965522">
    <w:abstractNumId w:val="5"/>
  </w:num>
  <w:num w:numId="4" w16cid:durableId="321659907">
    <w:abstractNumId w:val="4"/>
  </w:num>
  <w:num w:numId="5" w16cid:durableId="1301157336">
    <w:abstractNumId w:val="7"/>
  </w:num>
  <w:num w:numId="6" w16cid:durableId="1243953944">
    <w:abstractNumId w:val="3"/>
  </w:num>
  <w:num w:numId="7" w16cid:durableId="1594585808">
    <w:abstractNumId w:val="2"/>
  </w:num>
  <w:num w:numId="8" w16cid:durableId="940067961">
    <w:abstractNumId w:val="1"/>
  </w:num>
  <w:num w:numId="9" w16cid:durableId="41831049">
    <w:abstractNumId w:val="0"/>
  </w:num>
  <w:num w:numId="10" w16cid:durableId="8569643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04E6"/>
    <w:rsid w:val="0015074B"/>
    <w:rsid w:val="00166439"/>
    <w:rsid w:val="001A7643"/>
    <w:rsid w:val="00205DB6"/>
    <w:rsid w:val="0024472F"/>
    <w:rsid w:val="0029639D"/>
    <w:rsid w:val="00326F90"/>
    <w:rsid w:val="003836B7"/>
    <w:rsid w:val="00404A57"/>
    <w:rsid w:val="004267B6"/>
    <w:rsid w:val="00565B7D"/>
    <w:rsid w:val="0061508A"/>
    <w:rsid w:val="00615B06"/>
    <w:rsid w:val="0064295B"/>
    <w:rsid w:val="006447A3"/>
    <w:rsid w:val="00772B11"/>
    <w:rsid w:val="007E3B98"/>
    <w:rsid w:val="0084151A"/>
    <w:rsid w:val="0085755A"/>
    <w:rsid w:val="008726B2"/>
    <w:rsid w:val="00921125"/>
    <w:rsid w:val="009A7803"/>
    <w:rsid w:val="00AA1D8D"/>
    <w:rsid w:val="00B347E3"/>
    <w:rsid w:val="00B35AC8"/>
    <w:rsid w:val="00B430F1"/>
    <w:rsid w:val="00B47730"/>
    <w:rsid w:val="00C24AE9"/>
    <w:rsid w:val="00CB0664"/>
    <w:rsid w:val="00DA5BDE"/>
    <w:rsid w:val="00DC2BA2"/>
    <w:rsid w:val="00EC7A01"/>
    <w:rsid w:val="00F04A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FA0F3"/>
  <w14:defaultImageDpi w14:val="300"/>
  <w15:docId w15:val="{28F46145-CC99-4675-8A3C-F3CA5685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64295B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429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ERDOĞAN KESKİN</cp:lastModifiedBy>
  <cp:revision>18</cp:revision>
  <dcterms:created xsi:type="dcterms:W3CDTF">2026-08-11T08:01:00Z</dcterms:created>
  <dcterms:modified xsi:type="dcterms:W3CDTF">2026-09-14T08:07:00Z</dcterms:modified>
  <cp:category/>
</cp:coreProperties>
</file>